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6150"/>
        <w:gridCol w:w="3930"/>
      </w:tblGrid>
      <w:tr w:rsidR="6B810938" w:rsidRPr="00D9217B" w14:paraId="130EAEDE" w14:textId="77777777" w:rsidTr="6B810938">
        <w:trPr>
          <w:trHeight w:val="300"/>
        </w:trPr>
        <w:tc>
          <w:tcPr>
            <w:tcW w:w="10080" w:type="dxa"/>
            <w:gridSpan w:val="2"/>
          </w:tcPr>
          <w:p w14:paraId="35477126" w14:textId="13A4E30B" w:rsidR="6B810938" w:rsidRPr="00D9217B" w:rsidRDefault="6B810938" w:rsidP="6B810938">
            <w:pPr>
              <w:pStyle w:val="Titel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D9217B">
              <w:rPr>
                <w:rFonts w:ascii="Times New Roman" w:hAnsi="Times New Roman" w:cs="Times New Roman"/>
              </w:rPr>
              <w:br w:type="page"/>
            </w:r>
            <w:r w:rsidRPr="00D9217B">
              <w:rPr>
                <w:rFonts w:ascii="Times New Roman" w:eastAsia="Times New Roman" w:hAnsi="Times New Roman" w:cs="Times New Roman"/>
                <w:sz w:val="36"/>
                <w:szCs w:val="36"/>
              </w:rPr>
              <w:t>PROJEKTBRIEF</w:t>
            </w:r>
          </w:p>
          <w:p w14:paraId="10CC9221" w14:textId="77777777" w:rsidR="6B810938" w:rsidRPr="00D9217B" w:rsidRDefault="6B810938" w:rsidP="6B810938">
            <w:pPr>
              <w:rPr>
                <w:rFonts w:ascii="Times New Roman" w:hAnsi="Times New Roman" w:cs="Times New Roman"/>
              </w:rPr>
            </w:pPr>
          </w:p>
        </w:tc>
      </w:tr>
      <w:tr w:rsidR="6B810938" w:rsidRPr="00D9217B" w14:paraId="74CB6361" w14:textId="77777777" w:rsidTr="6B810938">
        <w:trPr>
          <w:trHeight w:val="300"/>
        </w:trPr>
        <w:tc>
          <w:tcPr>
            <w:tcW w:w="6150" w:type="dxa"/>
          </w:tcPr>
          <w:p w14:paraId="35573AF0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</w:rPr>
              <w:t>Vejledning</w:t>
            </w:r>
          </w:p>
          <w:p w14:paraId="6E7CDD2E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Udfyld før mødet, så vi kan fokusere på dit projekt, finansieringsbehov og relevante fonde. </w:t>
            </w:r>
          </w:p>
          <w:p w14:paraId="473E1F4D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Brug stikord og skriv ”ikke afklaret”, hvor du endnu mangler svar.</w:t>
            </w:r>
          </w:p>
          <w:p w14:paraId="3543B4E6" w14:textId="77777777" w:rsidR="6B810938" w:rsidRPr="00D9217B" w:rsidRDefault="6B810938" w:rsidP="6B810938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Klik i felterne og erstat teksten. </w:t>
            </w:r>
          </w:p>
          <w:p w14:paraId="017FB2ED" w14:textId="77777777" w:rsidR="6B810938" w:rsidRPr="00D9217B" w:rsidRDefault="6B810938" w:rsidP="6B810938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Send projektbriefet inden mødet efter aftale.</w:t>
            </w:r>
          </w:p>
          <w:p w14:paraId="1AFFD9A2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</w:tcPr>
          <w:p w14:paraId="644CE3C8" w14:textId="77777777" w:rsidR="6B810938" w:rsidRPr="00D9217B" w:rsidRDefault="6B810938" w:rsidP="6B810938">
            <w:pPr>
              <w:pStyle w:val="Titel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D9217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C9BD974" wp14:editId="50045736">
                      <wp:extent cx="1981200" cy="1932305"/>
                      <wp:effectExtent l="0" t="0" r="19050" b="10795"/>
                      <wp:docPr id="1270301223" name="Grup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1200" cy="1932305"/>
                                <a:chOff x="0" y="0"/>
                                <a:chExt cx="1981200" cy="1932305"/>
                              </a:xfrm>
                            </wpg:grpSpPr>
                            <wps:wsp>
                              <wps:cNvPr id="1614144067" name="Ellipse 1614144067"/>
                              <wps:cNvSpPr/>
                              <wps:spPr>
                                <a:xfrm>
                                  <a:off x="0" y="0"/>
                                  <a:ext cx="1981200" cy="193230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49FFDB0" w14:textId="0FA6A933" w:rsidR="000D1164" w:rsidRDefault="000D1164" w:rsidP="00CE185E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FFFFF"/>
                                        <w:sz w:val="40"/>
                                        <w:szCs w:val="4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FFFFF"/>
                                        <w:sz w:val="40"/>
                                        <w:szCs w:val="40"/>
                                        <w:lang w:val="en-US"/>
                                      </w:rPr>
                                      <w:t>2</w:t>
                                    </w:r>
                                    <w:r w:rsidR="00A21E12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FFFFF"/>
                                        <w:sz w:val="40"/>
                                        <w:szCs w:val="40"/>
                                        <w:lang w:val="en-US"/>
                                      </w:rPr>
                                      <w:t>0-</w:t>
                                    </w:r>
                                    <w:r w:rsidR="009F52CB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FFFFF"/>
                                        <w:sz w:val="40"/>
                                        <w:szCs w:val="40"/>
                                        <w:lang w:val="en-US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FFFFF"/>
                                        <w:sz w:val="40"/>
                                        <w:szCs w:val="40"/>
                                        <w:lang w:val="en-US"/>
                                      </w:rPr>
                                      <w:t>5 MIN.</w:t>
                                    </w:r>
                                  </w:p>
                                </w:txbxContent>
                              </wps:txbx>
                              <wps:bodyPr anchor="b"/>
                            </wps:wsp>
                            <wps:wsp>
                              <wps:cNvPr id="150120586" name="Rektangel 150120586"/>
                              <wps:cNvSpPr/>
                              <wps:spPr>
                                <a:xfrm>
                                  <a:off x="228600" y="528194"/>
                                  <a:ext cx="1524000" cy="6475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8F31C0" w14:textId="77777777" w:rsidR="000D1164" w:rsidRDefault="000D1164" w:rsidP="00CE185E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FFFFF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FFFFF"/>
                                        <w:lang w:val="en-US"/>
                                      </w:rPr>
                                      <w:t>VEJLEDENDE TIDSFORBRUG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9BD974" id="Gruppe 1" o:spid="_x0000_s1026" style="width:156pt;height:152.15pt;mso-position-horizontal-relative:char;mso-position-vertical-relative:line" coordsize="19812,19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">
                      <v:oval id="Ellipse 1614144067" o:spid="_x0000_s1027" style="position:absolute;width:19812;height:1932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" fillcolor="#4f81bd [3204]" strokecolor="white [3212]" strokeweight="2pt">
                        <v:textbox>
                          <w:txbxContent>
                            <w:p w14:paraId="149FFDB0" w14:textId="0FA6A933" w:rsidR="000D1164" w:rsidRDefault="000D1164" w:rsidP="00CE185E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  <w:lang w:val="en-US"/>
                                </w:rPr>
                                <w:t>2</w:t>
                              </w:r>
                              <w:r w:rsidR="00A21E12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  <w:lang w:val="en-US"/>
                                </w:rPr>
                                <w:t>0-</w:t>
                              </w:r>
                              <w:r w:rsidR="009F52CB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  <w:lang w:val="en-US"/>
                                </w:rPr>
                                <w:t>5 MIN.</w:t>
                              </w:r>
                            </w:p>
                          </w:txbxContent>
                        </v:textbox>
                      </v:oval>
                      <v:rect id="Rektangel 150120586" o:spid="_x0000_s1028" style="position:absolute;left:2286;top:5281;width:15240;height:6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" filled="f" stroked="f">
                        <v:textbox>
                          <w:txbxContent>
                            <w:p w14:paraId="5B8F31C0" w14:textId="77777777" w:rsidR="000D1164" w:rsidRDefault="000D1164" w:rsidP="00CE185E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VEJLEDENDE TIDSFORBRUG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14:paraId="39B0822A" w14:textId="77777777" w:rsidR="6B810938" w:rsidRPr="00D9217B" w:rsidRDefault="6B810938" w:rsidP="6B81093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223"/>
        <w:gridCol w:w="6847"/>
      </w:tblGrid>
      <w:tr w:rsidR="6B810938" w:rsidRPr="00D9217B" w14:paraId="61E515D2" w14:textId="77777777" w:rsidTr="6B810938">
        <w:trPr>
          <w:trHeight w:val="300"/>
        </w:trPr>
        <w:tc>
          <w:tcPr>
            <w:tcW w:w="10080" w:type="dxa"/>
            <w:gridSpan w:val="2"/>
            <w:vAlign w:val="center"/>
          </w:tcPr>
          <w:p w14:paraId="437E5DE6" w14:textId="77777777" w:rsidR="6B810938" w:rsidRPr="00D9217B" w:rsidRDefault="6B810938" w:rsidP="6B810938">
            <w:pPr>
              <w:pStyle w:val="Overskrift2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</w:rPr>
              <w:t>Basisinformation</w:t>
            </w:r>
          </w:p>
        </w:tc>
      </w:tr>
      <w:tr w:rsidR="6B810938" w:rsidRPr="00D9217B" w14:paraId="70558B34" w14:textId="77777777" w:rsidTr="6B810938">
        <w:trPr>
          <w:trHeight w:val="300"/>
        </w:trPr>
        <w:tc>
          <w:tcPr>
            <w:tcW w:w="3225" w:type="dxa"/>
            <w:vAlign w:val="center"/>
          </w:tcPr>
          <w:p w14:paraId="2C830E41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Projekttitel</w:t>
            </w:r>
          </w:p>
        </w:tc>
        <w:tc>
          <w:tcPr>
            <w:tcW w:w="6855" w:type="dxa"/>
            <w:vAlign w:val="center"/>
          </w:tcPr>
          <w:p w14:paraId="3AC69BD8" w14:textId="77777777" w:rsidR="6B810938" w:rsidRPr="00D9217B" w:rsidRDefault="00D3386E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Foreløbig projekttitel"/>
                <w:tag w:val="TITEL"/>
                <w:id w:val="436737860"/>
                <w:text/>
              </w:sdtPr>
              <w:sdtEndPr/>
              <w:sdtContent>
                <w:r w:rsidR="6B810938"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[Foreløbig projekttitel]</w:t>
                </w:r>
              </w:sdtContent>
            </w:sdt>
          </w:p>
        </w:tc>
      </w:tr>
      <w:tr w:rsidR="6B810938" w:rsidRPr="00D9217B" w14:paraId="3F31A26E" w14:textId="77777777" w:rsidTr="6B810938">
        <w:trPr>
          <w:trHeight w:val="300"/>
        </w:trPr>
        <w:tc>
          <w:tcPr>
            <w:tcW w:w="3225" w:type="dxa"/>
            <w:vAlign w:val="center"/>
          </w:tcPr>
          <w:p w14:paraId="1CCA2CA6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Kontaktperson</w:t>
            </w:r>
          </w:p>
        </w:tc>
        <w:tc>
          <w:tcPr>
            <w:tcW w:w="6855" w:type="dxa"/>
            <w:vAlign w:val="center"/>
          </w:tcPr>
          <w:p w14:paraId="131F9F5E" w14:textId="77777777" w:rsidR="6B810938" w:rsidRPr="00D9217B" w:rsidRDefault="00D3386E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Navn, stilling og arbejdsmail"/>
                <w:tag w:val="KONTAKT"/>
                <w:id w:val="571497347"/>
                <w:text/>
              </w:sdtPr>
              <w:sdtEndPr/>
              <w:sdtContent>
                <w:r w:rsidR="6B810938"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[Navn, stilling og arbejdsmail]</w:t>
                </w:r>
              </w:sdtContent>
            </w:sdt>
          </w:p>
        </w:tc>
      </w:tr>
      <w:tr w:rsidR="6B810938" w:rsidRPr="00D9217B" w14:paraId="6FA125BA" w14:textId="77777777" w:rsidTr="6B810938">
        <w:trPr>
          <w:trHeight w:val="300"/>
        </w:trPr>
        <w:tc>
          <w:tcPr>
            <w:tcW w:w="3225" w:type="dxa"/>
            <w:vAlign w:val="center"/>
          </w:tcPr>
          <w:p w14:paraId="6E312229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Forankring</w:t>
            </w:r>
          </w:p>
        </w:tc>
        <w:tc>
          <w:tcPr>
            <w:tcW w:w="6855" w:type="dxa"/>
            <w:vAlign w:val="center"/>
          </w:tcPr>
          <w:p w14:paraId="6DF874AE" w14:textId="77777777" w:rsidR="6B810938" w:rsidRPr="00D9217B" w:rsidRDefault="00D3386E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Afdeling og institution"/>
                <w:tag w:val="ENHED"/>
                <w:id w:val="1775351793"/>
                <w:text/>
              </w:sdtPr>
              <w:sdtEndPr/>
              <w:sdtContent>
                <w:r w:rsidR="6B810938"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[Afdeling og institution]</w:t>
                </w:r>
              </w:sdtContent>
            </w:sdt>
          </w:p>
        </w:tc>
      </w:tr>
      <w:tr w:rsidR="6B810938" w:rsidRPr="00D9217B" w14:paraId="7FEB7A93" w14:textId="77777777" w:rsidTr="6B810938">
        <w:trPr>
          <w:trHeight w:val="300"/>
        </w:trPr>
        <w:tc>
          <w:tcPr>
            <w:tcW w:w="3225" w:type="dxa"/>
            <w:vAlign w:val="center"/>
          </w:tcPr>
          <w:p w14:paraId="14314DC7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Projekttype</w:t>
            </w:r>
          </w:p>
        </w:tc>
        <w:tc>
          <w:tcPr>
            <w:tcW w:w="6855" w:type="dxa"/>
            <w:vAlign w:val="center"/>
          </w:tcPr>
          <w:p w14:paraId="428192DA" w14:textId="77777777" w:rsidR="6B810938" w:rsidRPr="00D9217B" w:rsidRDefault="00D3386E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Fx forskningsprojekt, ph.d., pilot, innovation eller implementering"/>
                <w:tag w:val="TYPE"/>
                <w:id w:val="1585830009"/>
                <w:text/>
              </w:sdtPr>
              <w:sdtEndPr/>
              <w:sdtContent>
                <w:r w:rsidR="6B810938"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[Fx forskningsprojekt, ph.d., pilot, innovation eller implementering]</w:t>
                </w:r>
              </w:sdtContent>
            </w:sdt>
          </w:p>
        </w:tc>
      </w:tr>
    </w:tbl>
    <w:p w14:paraId="07CA6140" w14:textId="77777777" w:rsidR="6B810938" w:rsidRPr="00D9217B" w:rsidRDefault="6B810938" w:rsidP="6B81093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10070"/>
      </w:tblGrid>
      <w:tr w:rsidR="6B810938" w:rsidRPr="00D9217B" w14:paraId="16D6F315" w14:textId="77777777" w:rsidTr="6B810938">
        <w:trPr>
          <w:trHeight w:val="300"/>
        </w:trPr>
        <w:tc>
          <w:tcPr>
            <w:tcW w:w="10080" w:type="dxa"/>
          </w:tcPr>
          <w:p w14:paraId="7A0193DC" w14:textId="77777777" w:rsidR="6B810938" w:rsidRPr="00D9217B" w:rsidRDefault="6B810938" w:rsidP="6B810938">
            <w:pPr>
              <w:pStyle w:val="Overskrift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</w:rPr>
              <w:t>Projektidé og relevans</w:t>
            </w:r>
          </w:p>
          <w:p w14:paraId="2992674B" w14:textId="77777777" w:rsidR="6B810938" w:rsidRPr="00D9217B" w:rsidRDefault="6B810938" w:rsidP="6B810938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</w:rPr>
              <w:br/>
            </w:r>
            <w:r w:rsidRPr="00D9217B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</w:rPr>
              <w:t>Vejledning</w:t>
            </w:r>
            <w:r w:rsidRPr="00D9217B">
              <w:rPr>
                <w:rFonts w:ascii="Times New Roman" w:hAnsi="Times New Roman" w:cs="Times New Roman"/>
              </w:rPr>
              <w:br/>
            </w: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Hvilket problem eller vidensbehov vil projektet løse, for hvem, og hvad er det nye bidrag? </w:t>
            </w:r>
          </w:p>
          <w:p w14:paraId="70917233" w14:textId="77777777" w:rsidR="6B810938" w:rsidRPr="00D9217B" w:rsidRDefault="6B810938" w:rsidP="6B810938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Beskriv også den forventede værdi for patienter, praksis eller samfund.</w:t>
            </w:r>
          </w:p>
        </w:tc>
      </w:tr>
      <w:tr w:rsidR="6B810938" w:rsidRPr="00D9217B" w14:paraId="3B9B4AC9" w14:textId="77777777" w:rsidTr="00595CCB">
        <w:trPr>
          <w:trHeight w:val="1855"/>
        </w:trPr>
        <w:tc>
          <w:tcPr>
            <w:tcW w:w="10080" w:type="dxa"/>
          </w:tcPr>
          <w:p w14:paraId="4F383D7A" w14:textId="77777777" w:rsidR="6B810938" w:rsidRPr="00D9217B" w:rsidRDefault="00D3386E" w:rsidP="6B810938">
            <w:pPr>
              <w:spacing w:after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Skriv 4–6 korte linjer i et sprog, som også kan forstås uden for dit speciale"/>
                <w:tag w:val="IDE"/>
                <w:id w:val="1142394558"/>
                <w:text/>
              </w:sdtPr>
              <w:sdtEndPr/>
              <w:sdtContent>
                <w:r w:rsidR="6B810938"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[Skriv 4–6 korte linjer i et sprog, som også kan forstås uden for dit speciale]</w:t>
                </w:r>
              </w:sdtContent>
            </w:sdt>
          </w:p>
        </w:tc>
      </w:tr>
    </w:tbl>
    <w:p w14:paraId="4F90D636" w14:textId="77777777" w:rsidR="6B810938" w:rsidRPr="00D9217B" w:rsidRDefault="6B810938" w:rsidP="6B810938">
      <w:pPr>
        <w:spacing w:after="0"/>
        <w:rPr>
          <w:rFonts w:ascii="Times New Roman" w:hAnsi="Times New Roman" w:cs="Times New Roman"/>
        </w:rPr>
      </w:pPr>
      <w:r w:rsidRPr="00D9217B">
        <w:rPr>
          <w:rFonts w:ascii="Times New Roman" w:hAnsi="Times New Roman" w:cs="Times New Roman"/>
        </w:rPr>
        <w:br/>
      </w: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10070"/>
      </w:tblGrid>
      <w:tr w:rsidR="6B810938" w:rsidRPr="00D9217B" w14:paraId="16819A97" w14:textId="77777777" w:rsidTr="00FB3B41">
        <w:trPr>
          <w:trHeight w:val="300"/>
        </w:trPr>
        <w:tc>
          <w:tcPr>
            <w:tcW w:w="10070" w:type="dxa"/>
          </w:tcPr>
          <w:p w14:paraId="0276C39E" w14:textId="77777777" w:rsidR="6B810938" w:rsidRPr="00D9217B" w:rsidRDefault="6B810938" w:rsidP="6B810938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Cs w:val="24"/>
              </w:rPr>
              <w:lastRenderedPageBreak/>
              <w:t>Tilgang og forventet udbytte</w:t>
            </w:r>
          </w:p>
          <w:p w14:paraId="213B2A64" w14:textId="77777777" w:rsidR="6B810938" w:rsidRPr="00D9217B" w:rsidRDefault="6B810938" w:rsidP="6B810938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</w:rPr>
              <w:br/>
            </w:r>
            <w:r w:rsidRPr="00D9217B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</w:rPr>
              <w:t>Vejledning</w:t>
            </w:r>
            <w:r w:rsidRPr="00D9217B">
              <w:rPr>
                <w:rFonts w:ascii="Times New Roman" w:hAnsi="Times New Roman" w:cs="Times New Roman"/>
              </w:rPr>
              <w:br/>
            </w: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Hvad vil I konkret gøre? </w:t>
            </w:r>
          </w:p>
          <w:p w14:paraId="75D5F553" w14:textId="77777777" w:rsidR="6B810938" w:rsidRPr="00D9217B" w:rsidRDefault="6B810938" w:rsidP="6B810938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Angiv kort design eller aktiviteter, målgruppe, data og de vigtigste resultater eller leverancer. </w:t>
            </w:r>
          </w:p>
          <w:p w14:paraId="2C316E6F" w14:textId="77777777" w:rsidR="6B810938" w:rsidRPr="00D9217B" w:rsidRDefault="6B810938" w:rsidP="6B810938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Beskriv eventuel patientinddragelse.</w:t>
            </w:r>
          </w:p>
          <w:p w14:paraId="7F6666C5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B810938" w:rsidRPr="00D9217B" w14:paraId="12335CAF" w14:textId="77777777" w:rsidTr="00595CCB">
        <w:trPr>
          <w:trHeight w:val="1827"/>
        </w:trPr>
        <w:tc>
          <w:tcPr>
            <w:tcW w:w="10070" w:type="dxa"/>
          </w:tcPr>
          <w:p w14:paraId="051452A0" w14:textId="77777777" w:rsidR="6B810938" w:rsidRPr="00D9217B" w:rsidRDefault="00D3386E" w:rsidP="6B810938">
            <w:pPr>
              <w:spacing w:after="5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Skriv 3–5 korte linjer"/>
                <w:tag w:val="TILGANG"/>
                <w:id w:val="1973830864"/>
                <w:text/>
              </w:sdtPr>
              <w:sdtEndPr/>
              <w:sdtContent>
                <w:r w:rsidR="6B810938"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[Skriv 3–5 korte linjer]</w:t>
                </w:r>
              </w:sdtContent>
            </w:sdt>
          </w:p>
          <w:p w14:paraId="77B26757" w14:textId="77777777" w:rsidR="6B810938" w:rsidRPr="00D9217B" w:rsidRDefault="6B810938" w:rsidP="6B8109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3B41" w:rsidRPr="00D9217B" w14:paraId="31FA11C4" w14:textId="77777777" w:rsidTr="008A7475">
        <w:trPr>
          <w:trHeight w:val="1779"/>
        </w:trPr>
        <w:tc>
          <w:tcPr>
            <w:tcW w:w="10070" w:type="dxa"/>
          </w:tcPr>
          <w:p w14:paraId="5A11F6AF" w14:textId="034A51FA" w:rsidR="00FB3B41" w:rsidRPr="00D9217B" w:rsidRDefault="00FB3B41" w:rsidP="00FB3B41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Cs w:val="24"/>
              </w:rPr>
              <w:t>Hold og projektets status</w:t>
            </w:r>
          </w:p>
          <w:p w14:paraId="7E318A83" w14:textId="77777777" w:rsidR="00FB3B41" w:rsidRPr="00D9217B" w:rsidRDefault="00FB3B41" w:rsidP="00FB3B41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Hvem er projektansvarlig, og hvilke centrale partnere eller kompetencer er med eller mangler?</w:t>
            </w:r>
          </w:p>
          <w:p w14:paraId="62D21EF2" w14:textId="705DC649" w:rsidR="00FB3B41" w:rsidRPr="00D9217B" w:rsidRDefault="00FB3B41" w:rsidP="008A7475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Hvor langt er projektet, og</w:t>
            </w:r>
            <w:r w:rsidRPr="00D92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hvad</w:t>
            </w: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skal afklares for at kunne søge eller starte?</w:t>
            </w:r>
          </w:p>
        </w:tc>
      </w:tr>
      <w:tr w:rsidR="009D5FE5" w:rsidRPr="00D9217B" w14:paraId="735D7211" w14:textId="77777777" w:rsidTr="00FB3B41">
        <w:trPr>
          <w:trHeight w:val="2595"/>
        </w:trPr>
        <w:tc>
          <w:tcPr>
            <w:tcW w:w="10070" w:type="dxa"/>
          </w:tcPr>
          <w:p w14:paraId="073FAF0E" w14:textId="77777777" w:rsidR="009D5FE5" w:rsidRPr="00D9217B" w:rsidRDefault="009D5FE5" w:rsidP="009D5FE5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Skriv 3–4 linjer. Fx idé, protokol, pilotdata, dataadgang, aftaler eller godkendelser"/>
                <w:tag w:val="STATUS"/>
                <w:id w:val="-364367679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[Skriv 3–4 linjer. Fx idé, protokol, pilotdata, dataadgang, aftaler eller godkendelser]</w:t>
                </w:r>
              </w:sdtContent>
            </w:sdt>
          </w:p>
          <w:p w14:paraId="5299DA6D" w14:textId="77777777" w:rsidR="009D5FE5" w:rsidRPr="00D9217B" w:rsidRDefault="009D5FE5" w:rsidP="00FB3B41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8A7475" w:rsidRPr="00D9217B" w14:paraId="6B3C8DB9" w14:textId="77777777" w:rsidTr="00FB3B41">
        <w:trPr>
          <w:trHeight w:val="2595"/>
        </w:trPr>
        <w:tc>
          <w:tcPr>
            <w:tcW w:w="10070" w:type="dxa"/>
          </w:tcPr>
          <w:p w14:paraId="614DCB95" w14:textId="77777777" w:rsidR="008A7475" w:rsidRPr="00D9217B" w:rsidRDefault="008A7475" w:rsidP="008A7475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Cs w:val="24"/>
              </w:rPr>
              <w:lastRenderedPageBreak/>
              <w:t>Budget og finansieringsbehov</w:t>
            </w:r>
          </w:p>
          <w:p w14:paraId="0087FA76" w14:textId="77777777" w:rsidR="008A7475" w:rsidRPr="00D9217B" w:rsidRDefault="008A7475" w:rsidP="008A7475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Angiv foreløbige beløb i DKK eller skriv ”ikke afklaret”. Medtag kun bevilgede eller bekræftede midler som sikret finansiering.</w:t>
            </w:r>
          </w:p>
          <w:tbl>
            <w:tblPr>
              <w:tblW w:w="9912" w:type="dxa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21"/>
              <w:gridCol w:w="3291"/>
            </w:tblGrid>
            <w:tr w:rsidR="008A7475" w:rsidRPr="00D9217B" w14:paraId="4C070C8E" w14:textId="77777777" w:rsidTr="008A7475">
              <w:trPr>
                <w:cantSplit/>
                <w:trHeight w:val="312"/>
                <w:tblHeader/>
              </w:trPr>
              <w:tc>
                <w:tcPr>
                  <w:tcW w:w="6621" w:type="dxa"/>
                  <w:shd w:val="clear" w:color="auto" w:fill="E8EEF2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7BA0207C" w14:textId="77777777" w:rsidR="008A7475" w:rsidRPr="00D9217B" w:rsidRDefault="008A7475" w:rsidP="008A7475">
                  <w:pPr>
                    <w:spacing w:before="20" w:after="2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9217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Økonomisk overblik</w:t>
                  </w:r>
                </w:p>
              </w:tc>
              <w:tc>
                <w:tcPr>
                  <w:tcW w:w="3291" w:type="dxa"/>
                  <w:shd w:val="clear" w:color="auto" w:fill="E8EEF2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490B27EA" w14:textId="77777777" w:rsidR="008A7475" w:rsidRPr="00D9217B" w:rsidRDefault="008A7475" w:rsidP="008A7475">
                  <w:pPr>
                    <w:spacing w:before="20" w:after="2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9217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Beløb i DKK</w:t>
                  </w:r>
                </w:p>
              </w:tc>
            </w:tr>
            <w:tr w:rsidR="008A7475" w:rsidRPr="00D9217B" w14:paraId="704657B1" w14:textId="77777777" w:rsidTr="008A7475">
              <w:trPr>
                <w:cantSplit/>
                <w:trHeight w:val="327"/>
              </w:trPr>
              <w:tc>
                <w:tcPr>
                  <w:tcW w:w="6621" w:type="dxa"/>
                  <w:shd w:val="clear" w:color="auto" w:fill="FFFFFF" w:themeFill="background1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4579878A" w14:textId="77777777" w:rsidR="008A7475" w:rsidRPr="00D9217B" w:rsidRDefault="008A7475" w:rsidP="008A7475">
                  <w:pPr>
                    <w:spacing w:before="20" w:after="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921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Samlet projektbudget</w:t>
                  </w:r>
                </w:p>
              </w:tc>
              <w:tc>
                <w:tcPr>
                  <w:tcW w:w="3291" w:type="dxa"/>
                  <w:shd w:val="clear" w:color="auto" w:fill="FFFFFF" w:themeFill="background1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62519ECF" w14:textId="77777777" w:rsidR="008A7475" w:rsidRPr="00D9217B" w:rsidRDefault="008A7475" w:rsidP="008A7475">
                  <w:pPr>
                    <w:spacing w:before="20" w:after="2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alias w:val="Beløb / uafklaret"/>
                      <w:tag w:val="BUDGET_TOTAL"/>
                      <w:id w:val="1345438662"/>
                      <w:text/>
                    </w:sdtPr>
                    <w:sdtContent>
                      <w:r w:rsidRPr="00D9217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[Beløb / uafklaret]</w:t>
                      </w:r>
                    </w:sdtContent>
                  </w:sdt>
                </w:p>
              </w:tc>
            </w:tr>
            <w:tr w:rsidR="008A7475" w:rsidRPr="00D9217B" w14:paraId="01F74729" w14:textId="77777777" w:rsidTr="008A7475">
              <w:trPr>
                <w:cantSplit/>
                <w:trHeight w:val="312"/>
              </w:trPr>
              <w:tc>
                <w:tcPr>
                  <w:tcW w:w="6621" w:type="dxa"/>
                  <w:shd w:val="clear" w:color="auto" w:fill="FFFFFF" w:themeFill="background1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559F221A" w14:textId="77777777" w:rsidR="008A7475" w:rsidRPr="00D9217B" w:rsidRDefault="008A7475" w:rsidP="008A7475">
                  <w:pPr>
                    <w:spacing w:before="20" w:after="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921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Heraf sikret finansiering inklusiv bekræftet egenfinansiering</w:t>
                  </w:r>
                </w:p>
              </w:tc>
              <w:tc>
                <w:tcPr>
                  <w:tcW w:w="3291" w:type="dxa"/>
                  <w:shd w:val="clear" w:color="auto" w:fill="FFFFFF" w:themeFill="background1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54EC2293" w14:textId="77777777" w:rsidR="008A7475" w:rsidRPr="00D9217B" w:rsidRDefault="008A7475" w:rsidP="008A7475">
                  <w:pPr>
                    <w:spacing w:before="20" w:after="2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alias w:val="Beløb / uafklaret"/>
                      <w:tag w:val="BUDGET_SIKRET"/>
                      <w:id w:val="-489017878"/>
                      <w:text/>
                    </w:sdtPr>
                    <w:sdtContent>
                      <w:r w:rsidRPr="00D9217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[Beløb / uafklaret]</w:t>
                      </w:r>
                    </w:sdtContent>
                  </w:sdt>
                </w:p>
              </w:tc>
            </w:tr>
            <w:tr w:rsidR="008A7475" w:rsidRPr="00D9217B" w14:paraId="4EC9BB0B" w14:textId="77777777" w:rsidTr="008A7475">
              <w:trPr>
                <w:cantSplit/>
                <w:trHeight w:val="312"/>
              </w:trPr>
              <w:tc>
                <w:tcPr>
                  <w:tcW w:w="6621" w:type="dxa"/>
                  <w:shd w:val="clear" w:color="auto" w:fill="FFFFFF" w:themeFill="background1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067196A3" w14:textId="77777777" w:rsidR="008A7475" w:rsidRPr="00D9217B" w:rsidRDefault="008A7475" w:rsidP="008A7475">
                  <w:pPr>
                    <w:spacing w:before="20" w:after="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921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Resterende finansieringsbehov for hele projektet</w:t>
                  </w:r>
                </w:p>
              </w:tc>
              <w:tc>
                <w:tcPr>
                  <w:tcW w:w="3291" w:type="dxa"/>
                  <w:shd w:val="clear" w:color="auto" w:fill="FFFFFF" w:themeFill="background1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4EAC9B2C" w14:textId="77777777" w:rsidR="008A7475" w:rsidRPr="00D9217B" w:rsidRDefault="008A7475" w:rsidP="008A7475">
                  <w:pPr>
                    <w:spacing w:before="20" w:after="2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alias w:val="Beløb / uafklaret"/>
                      <w:tag w:val="BUDGET_REST"/>
                      <w:id w:val="-1484850594"/>
                      <w:text/>
                    </w:sdtPr>
                    <w:sdtContent>
                      <w:r w:rsidRPr="00D9217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[Beløb / uafklaret]</w:t>
                      </w:r>
                    </w:sdtContent>
                  </w:sdt>
                </w:p>
              </w:tc>
            </w:tr>
          </w:tbl>
          <w:p w14:paraId="2C197E46" w14:textId="77777777" w:rsidR="008A7475" w:rsidRPr="00D9217B" w:rsidRDefault="008A7475" w:rsidP="008A74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B60077" w14:textId="45010104" w:rsidR="008A7475" w:rsidRPr="00D9217B" w:rsidRDefault="008A7475" w:rsidP="008A7475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7475" w:rsidRPr="00D9217B" w14:paraId="4C3D5AF6" w14:textId="77777777" w:rsidTr="00A51BB3">
        <w:trPr>
          <w:trHeight w:val="1819"/>
        </w:trPr>
        <w:tc>
          <w:tcPr>
            <w:tcW w:w="10070" w:type="dxa"/>
          </w:tcPr>
          <w:p w14:paraId="5290D9E2" w14:textId="77777777" w:rsidR="008A7475" w:rsidRPr="00D9217B" w:rsidRDefault="008A7475" w:rsidP="008A7475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Hvad ønsker du konkret finansieret nu, og for cirka hvilket beløb? </w:t>
            </w:r>
          </w:p>
          <w:p w14:paraId="1A038E5E" w14:textId="77777777" w:rsidR="008A7475" w:rsidRPr="00D9217B" w:rsidRDefault="008A7475" w:rsidP="008A7475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Kan en pilot eller afgrænsede delprojekter søges særskilt, og hvad afhænger de af?</w:t>
            </w:r>
          </w:p>
          <w:p w14:paraId="4C0A8FD9" w14:textId="157968C5" w:rsidR="008A7475" w:rsidRPr="00D9217B" w:rsidRDefault="008A7475" w:rsidP="008A7475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Cs w:val="24"/>
                </w:rPr>
                <w:alias w:val="Fx løn eller frikøb, drift, data, udstyr og relevante delprojekter"/>
                <w:tag w:val="FINANSIERES"/>
                <w:id w:val="1535779422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Cs w:val="24"/>
                  </w:rPr>
                  <w:t>[Fx løn eller frikøb, drift, data, udstyr og relevante delprojekter]</w:t>
                </w:r>
              </w:sdtContent>
            </w:sdt>
          </w:p>
        </w:tc>
      </w:tr>
      <w:tr w:rsidR="006B291F" w:rsidRPr="00D9217B" w14:paraId="41B34917" w14:textId="77777777" w:rsidTr="00A51BB3">
        <w:trPr>
          <w:trHeight w:val="1771"/>
        </w:trPr>
        <w:tc>
          <w:tcPr>
            <w:tcW w:w="10070" w:type="dxa"/>
          </w:tcPr>
          <w:p w14:paraId="49928F41" w14:textId="6A1C6C18" w:rsidR="00A51BB3" w:rsidRPr="00D9217B" w:rsidRDefault="00A51BB3" w:rsidP="00A51BB3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Cs w:val="24"/>
              </w:rPr>
              <w:t>Fonde og tidligere ansøgninger</w:t>
            </w:r>
          </w:p>
          <w:p w14:paraId="168E7A1F" w14:textId="77777777" w:rsidR="00A51BB3" w:rsidRPr="00D9217B" w:rsidRDefault="00A51BB3" w:rsidP="00A51BB3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Har du fonde eller puljer i tankerne? Angiv op til tre med navn, evt. link og kort begrundelse for match. Fondskendskab er ikke en forudsætning for mødet.</w:t>
            </w:r>
          </w:p>
          <w:p w14:paraId="057702CE" w14:textId="230D60EF" w:rsidR="006B291F" w:rsidRPr="00D9217B" w:rsidRDefault="006B291F" w:rsidP="00A51BB3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1BB3" w:rsidRPr="00D9217B" w14:paraId="3067E5FF" w14:textId="77777777" w:rsidTr="00595CCB">
        <w:trPr>
          <w:trHeight w:val="2040"/>
        </w:trPr>
        <w:tc>
          <w:tcPr>
            <w:tcW w:w="10070" w:type="dxa"/>
          </w:tcPr>
          <w:p w14:paraId="534C71C9" w14:textId="77777777" w:rsidR="00A51BB3" w:rsidRPr="00D9217B" w:rsidRDefault="00A51BB3" w:rsidP="00A51BB3">
            <w:pPr>
              <w:spacing w:after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Mulige fonde eller ”ønsker hjælp til at finde relevante fonde”"/>
                <w:tag w:val="FONDE"/>
                <w:id w:val="-723454115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[Mulige fonde eller ”ønsker hjælp til at finde relevante fonde”]</w:t>
                </w:r>
              </w:sdtContent>
            </w:sdt>
          </w:p>
          <w:p w14:paraId="36B6185E" w14:textId="77777777" w:rsidR="00A51BB3" w:rsidRPr="00D9217B" w:rsidRDefault="00A51BB3" w:rsidP="00A51BB3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Er der allerede søgt midler til projektet eller dele af det? Angiv fond, beløb og status samt eventuel væsentlig feedback. Ventende ansøgninger er ikke sikrede midler.</w:t>
            </w:r>
          </w:p>
          <w:p w14:paraId="430BA28D" w14:textId="02D19AA7" w:rsidR="00A51BB3" w:rsidRPr="00D9217B" w:rsidRDefault="00A51BB3" w:rsidP="00A51BB3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Cs w:val="24"/>
                </w:rPr>
                <w:alias w:val="Kort oversigt eller ”ingen tidligere ansøgninger”"/>
                <w:tag w:val="HISTORIK"/>
                <w:id w:val="112563650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Cs w:val="24"/>
                  </w:rPr>
                  <w:t>[Kort oversigt eller ”ingen tidligere ansøgninger”]</w:t>
                </w:r>
              </w:sdtContent>
            </w:sdt>
          </w:p>
        </w:tc>
      </w:tr>
      <w:tr w:rsidR="00A51BB3" w:rsidRPr="00D9217B" w14:paraId="1961408B" w14:textId="77777777" w:rsidTr="00595CCB">
        <w:trPr>
          <w:trHeight w:val="2113"/>
        </w:trPr>
        <w:tc>
          <w:tcPr>
            <w:tcW w:w="10070" w:type="dxa"/>
          </w:tcPr>
          <w:p w14:paraId="79EC9DF2" w14:textId="51542B44" w:rsidR="00134CC4" w:rsidRPr="00D9217B" w:rsidRDefault="00134CC4" w:rsidP="00134CC4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Cs w:val="24"/>
              </w:rPr>
              <w:lastRenderedPageBreak/>
              <w:t>Tidsplan</w:t>
            </w:r>
          </w:p>
          <w:p w14:paraId="057435BE" w14:textId="77777777" w:rsidR="00134CC4" w:rsidRPr="00D9217B" w:rsidRDefault="00134CC4" w:rsidP="00134CC4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Projektperiode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Ønsket start og varighed"/>
                <w:tag w:val="PERIODE"/>
                <w:id w:val="-1770389778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[Ønsket start og varighed]</w:t>
                </w:r>
              </w:sdtContent>
            </w:sdt>
          </w:p>
          <w:p w14:paraId="563E71FE" w14:textId="77777777" w:rsidR="00134CC4" w:rsidRPr="00D9217B" w:rsidRDefault="00134CC4" w:rsidP="00134CC4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Nærmeste frist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Kendt ansøgningsfrist og fond eller ”ikke afklaret”"/>
                <w:tag w:val="FRIST"/>
                <w:id w:val="1651718557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[Kendt ansøgningsfrist og fond eller ”ikke afklaret”]</w:t>
                </w:r>
              </w:sdtContent>
            </w:sdt>
          </w:p>
          <w:p w14:paraId="34A8116A" w14:textId="77777777" w:rsidR="00134CC4" w:rsidRPr="00D9217B" w:rsidRDefault="00134CC4" w:rsidP="00134CC4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Vigtige afhængigheder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Fx ansættelse, adgang til data, samarbejdsaftale eller intern godkendelse"/>
                <w:tag w:val="AFHAENGIGHED"/>
                <w:id w:val="-1778709095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[Fx ansættelse, adgang til data, samarbejdsaftale eller intern godkendelse]</w:t>
                </w:r>
              </w:sdtContent>
            </w:sdt>
          </w:p>
          <w:p w14:paraId="7EC2FC98" w14:textId="77777777" w:rsidR="00A51BB3" w:rsidRPr="00D9217B" w:rsidRDefault="00A51BB3" w:rsidP="00A51BB3">
            <w:pPr>
              <w:spacing w:after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7337" w:rsidRPr="00D9217B" w14:paraId="19375417" w14:textId="77777777" w:rsidTr="00595CCB">
        <w:trPr>
          <w:trHeight w:val="2113"/>
        </w:trPr>
        <w:tc>
          <w:tcPr>
            <w:tcW w:w="10070" w:type="dxa"/>
          </w:tcPr>
          <w:p w14:paraId="30E0629F" w14:textId="77777777" w:rsidR="005E7337" w:rsidRPr="00D9217B" w:rsidRDefault="005E7337" w:rsidP="005E7337">
            <w:pPr>
              <w:pStyle w:val="Overskrift1"/>
              <w:rPr>
                <w:rFonts w:ascii="Times New Roman" w:eastAsia="Times New Roman" w:hAnsi="Times New Roman" w:cs="Times New Roman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Cs w:val="24"/>
              </w:rPr>
              <w:t>Det vigtigste at få afklaret på mødet</w:t>
            </w:r>
          </w:p>
          <w:p w14:paraId="46FACCF0" w14:textId="77777777" w:rsidR="005E7337" w:rsidRPr="00D9217B" w:rsidRDefault="005E7337" w:rsidP="005E7337">
            <w:pPr>
              <w:keepNext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Skriv højst tre prioriterede spørgsmål. Fx valg af fonde, finansiering af delprojekter, behov for modning af projektet eller rækkefølgen af ansøgninger.</w:t>
            </w:r>
          </w:p>
          <w:p w14:paraId="1E94EFF3" w14:textId="77777777" w:rsidR="005E7337" w:rsidRPr="00D9217B" w:rsidRDefault="005E7337" w:rsidP="005E7337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1 …   2 …   3 …"/>
                <w:tag w:val="MOEDE"/>
                <w:id w:val="1449663388"/>
                <w:text/>
              </w:sdtPr>
              <w:sdtContent>
                <w:r w:rsidRPr="00D9217B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[1 …   2 …   3 …]</w:t>
                </w:r>
              </w:sdtContent>
            </w:sdt>
          </w:p>
          <w:p w14:paraId="52C6122C" w14:textId="77777777" w:rsidR="005E7337" w:rsidRPr="00D9217B" w:rsidRDefault="005E7337" w:rsidP="005E73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eastAsia="Times New Roman" w:hAnsi="Times New Roman" w:cs="Times New Roman"/>
                <w:sz w:val="24"/>
                <w:szCs w:val="24"/>
              </w:rPr>
              <w:t>Har du allerede et kort projektoplæg eller et budget, kan du vedlægge det. Nye bilag er ikke nødvendige før første møde.</w:t>
            </w:r>
          </w:p>
          <w:p w14:paraId="19BA4009" w14:textId="0698E3E2" w:rsidR="005E7337" w:rsidRPr="00D9217B" w:rsidRDefault="005E7337" w:rsidP="005E7337">
            <w:pPr>
              <w:rPr>
                <w:rFonts w:ascii="Times New Roman" w:hAnsi="Times New Roman" w:cs="Times New Roman"/>
              </w:rPr>
            </w:pPr>
          </w:p>
        </w:tc>
      </w:tr>
    </w:tbl>
    <w:p w14:paraId="57776496" w14:textId="77777777" w:rsidR="6B810938" w:rsidRPr="00D9217B" w:rsidRDefault="6B810938" w:rsidP="6B81093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6B810938" w:rsidRPr="00D9217B" w:rsidSect="00034616">
      <w:headerReference w:type="default" r:id="rId8"/>
      <w:footerReference w:type="default" r:id="rId9"/>
      <w:pgSz w:w="12240" w:h="15840"/>
      <w:pgMar w:top="936" w:right="1080" w:bottom="936" w:left="1080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69BE3" w14:textId="77777777" w:rsidR="00D3386E" w:rsidRDefault="00D3386E">
      <w:pPr>
        <w:spacing w:after="0" w:line="240" w:lineRule="auto"/>
      </w:pPr>
      <w:r>
        <w:separator/>
      </w:r>
    </w:p>
  </w:endnote>
  <w:endnote w:type="continuationSeparator" w:id="0">
    <w:p w14:paraId="37BD49F0" w14:textId="77777777" w:rsidR="00D3386E" w:rsidRDefault="00D33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F70D" w14:textId="77777777" w:rsidR="00671FFC" w:rsidRDefault="000D1164">
    <w:pPr>
      <w:pStyle w:val="Sidefod"/>
      <w:tabs>
        <w:tab w:val="right" w:pos="10080"/>
      </w:tabs>
    </w:pPr>
    <w:r>
      <w:t xml:space="preserve">Projekt og </w:t>
    </w:r>
    <w:proofErr w:type="spellStart"/>
    <w:proofErr w:type="gramStart"/>
    <w:r>
      <w:t>fundingbrief</w:t>
    </w:r>
    <w:proofErr w:type="spellEnd"/>
    <w:r>
      <w:t xml:space="preserve">  ·</w:t>
    </w:r>
    <w:proofErr w:type="gramEnd"/>
    <w:r>
      <w:t xml:space="preserve">  Skabelon v1.0</w:t>
    </w:r>
    <w:r>
      <w:tab/>
      <w:t xml:space="preserve">Side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80A4" w14:textId="77777777" w:rsidR="00D3386E" w:rsidRDefault="00D3386E">
      <w:pPr>
        <w:spacing w:after="0" w:line="240" w:lineRule="auto"/>
      </w:pPr>
      <w:r>
        <w:separator/>
      </w:r>
    </w:p>
  </w:footnote>
  <w:footnote w:type="continuationSeparator" w:id="0">
    <w:p w14:paraId="1032590D" w14:textId="77777777" w:rsidR="00D3386E" w:rsidRDefault="00D33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B31D" w14:textId="77777777" w:rsidR="00671FFC" w:rsidRDefault="6B810938">
    <w:pPr>
      <w:pStyle w:val="Sidehoved"/>
    </w:pPr>
    <w:r>
      <w:t>FORSKNINGSSTØTTE - FUNDRAISING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2022899">
    <w:abstractNumId w:val="8"/>
  </w:num>
  <w:num w:numId="2" w16cid:durableId="1629118700">
    <w:abstractNumId w:val="6"/>
  </w:num>
  <w:num w:numId="3" w16cid:durableId="1399203180">
    <w:abstractNumId w:val="5"/>
  </w:num>
  <w:num w:numId="4" w16cid:durableId="1287392237">
    <w:abstractNumId w:val="4"/>
  </w:num>
  <w:num w:numId="5" w16cid:durableId="385227907">
    <w:abstractNumId w:val="7"/>
  </w:num>
  <w:num w:numId="6" w16cid:durableId="806556665">
    <w:abstractNumId w:val="3"/>
  </w:num>
  <w:num w:numId="7" w16cid:durableId="1777216308">
    <w:abstractNumId w:val="2"/>
  </w:num>
  <w:num w:numId="8" w16cid:durableId="27461257">
    <w:abstractNumId w:val="1"/>
  </w:num>
  <w:num w:numId="9" w16cid:durableId="116000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164"/>
    <w:rsid w:val="00134CC4"/>
    <w:rsid w:val="0015074B"/>
    <w:rsid w:val="0029639D"/>
    <w:rsid w:val="00326F90"/>
    <w:rsid w:val="003817B8"/>
    <w:rsid w:val="00595CCB"/>
    <w:rsid w:val="005E7337"/>
    <w:rsid w:val="00671FFC"/>
    <w:rsid w:val="006B291F"/>
    <w:rsid w:val="007456A7"/>
    <w:rsid w:val="007E723F"/>
    <w:rsid w:val="008A7475"/>
    <w:rsid w:val="009D5FE5"/>
    <w:rsid w:val="009F1E98"/>
    <w:rsid w:val="009F52CB"/>
    <w:rsid w:val="00A21E12"/>
    <w:rsid w:val="00A51BB3"/>
    <w:rsid w:val="00AA1D8D"/>
    <w:rsid w:val="00B47730"/>
    <w:rsid w:val="00CB0664"/>
    <w:rsid w:val="00D3386E"/>
    <w:rsid w:val="00D9217B"/>
    <w:rsid w:val="00FA27F6"/>
    <w:rsid w:val="00FB3B41"/>
    <w:rsid w:val="00FC693F"/>
    <w:rsid w:val="6B81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E4E8D"/>
  <w14:defaultImageDpi w14:val="300"/>
  <w15:docId w15:val="{27FCC654-56FB-4AC8-AD50-CDBC64F2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418</Words>
  <Characters>2556</Characters>
  <Application>Microsoft Office Word</Application>
  <DocSecurity>0</DocSecurity>
  <Lines>21</Lines>
  <Paragraphs>5</Paragraphs>
  <ScaleCrop>false</ScaleCrop>
  <Manager/>
  <Company/>
  <LinksUpToDate>false</LinksUpToDate>
  <CharactersWithSpaces>2969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Projektbrief til første fundingmøde</dc:title>
  <dc:subject>Udfyldelig skabelon til ansøgerens forberedelse af første fundingsamtale</dc:subject>
  <dc:creator>Carsten Kronborg Bak</dc:creator>
  <cp:keywords>forskningsstøtte, funding, projektbrief, skabelon</cp:keywords>
  <dc:description>generated by python-docx</dc:description>
  <cp:lastModifiedBy>Carsten Kronborg Bak</cp:lastModifiedBy>
  <cp:revision>14</cp:revision>
  <dcterms:created xsi:type="dcterms:W3CDTF">2026-09-28T08:57:00Z</dcterms:created>
  <dcterms:modified xsi:type="dcterms:W3CDTF">2026-09-28T09:25:00Z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fa25eeaa-910d-4bdd-afa0-05152437f639</vt:lpwstr>
  </property>
</Properties>
</file>